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20" w:line="259" w:lineRule="auto"/>
        <w:jc w:val="center"/>
      </w:pPr>
      <w:r>
        <w:rPr>
          <w:rFonts w:ascii="Calibri" w:hAnsi="Calibri"/>
          <w:b/>
          <w:i w:val="0"/>
          <w:color w:val="C9972D"/>
          <w:sz w:val="23"/>
        </w:rPr>
        <w:t>AMICALE PRODOMO</w:t>
      </w:r>
    </w:p>
    <w:p>
      <w:pPr>
        <w:spacing w:before="0" w:after="20" w:line="259" w:lineRule="auto"/>
        <w:jc w:val="center"/>
      </w:pPr>
      <w:r>
        <w:rPr>
          <w:rFonts w:ascii="Calibri" w:hAnsi="Calibri"/>
          <w:b/>
          <w:i w:val="0"/>
          <w:color w:val="173955"/>
          <w:sz w:val="44"/>
        </w:rPr>
        <w:t>FICHE D'ADHÉSION</w:t>
      </w:r>
    </w:p>
    <w:p>
      <w:pPr>
        <w:spacing w:before="0" w:after="140" w:line="259" w:lineRule="auto"/>
        <w:jc w:val="center"/>
      </w:pPr>
      <w:r>
        <w:rPr>
          <w:rFonts w:ascii="Calibri" w:hAnsi="Calibri"/>
          <w:b w:val="0"/>
          <w:i/>
          <w:color w:val="347EBB"/>
          <w:sz w:val="21"/>
        </w:rPr>
        <w:t>Demande d'admission en qualité de membre actif</w:t>
      </w:r>
    </w:p>
    <w:tbl>
      <w:tblPr>
        <w:tblW w:type="dxa" w:w="10106"/>
        <w:jc w:val="left"/>
        <w:tblLayout w:type="fixed"/>
        <w:tblLook w:firstColumn="1" w:firstRow="1" w:lastColumn="0" w:lastRow="0" w:noHBand="0" w:noVBand="1" w:val="04A0"/>
        <w:tblInd w:w="120" w:type="dxa"/>
        <w:tblBorders>
          <w:top w:val="single" w:sz="8" w:color="347EBB"/>
          <w:left w:val="single" w:sz="8" w:color="347EBB"/>
          <w:bottom w:val="single" w:sz="8" w:color="347EBB"/>
          <w:right w:val="single" w:sz="8" w:color="347EBB"/>
          <w:insideH w:val="single" w:sz="8" w:color="347EBB"/>
          <w:insideV w:val="single" w:sz="8" w:color="347EBB"/>
        </w:tblBorders>
      </w:tblPr>
      <w:tblGrid>
        <w:gridCol w:w="5053"/>
        <w:gridCol w:w="5053"/>
      </w:tblGrid>
      <w:tr>
        <w:tc>
          <w:tcPr>
            <w:tcW w:type="dxa" w:w="5053"/>
            <w:tcMar>
              <w:top w:w="90" w:type="dxa"/>
              <w:start w:w="120" w:type="dxa"/>
              <w:bottom w:w="90" w:type="dxa"/>
              <w:end w:w="120" w:type="dxa"/>
            </w:tcMar>
            <w:vAlign w:val="center"/>
            <w:shd w:fill="EAF2F8"/>
          </w:tcPr>
          <w:p>
            <w:pPr>
              <w:spacing w:before="0" w:after="0" w:line="259" w:lineRule="auto"/>
              <w:jc w:val="left"/>
            </w:pPr>
            <w:r/>
            <w:r>
              <w:rPr>
                <w:rFonts w:ascii="Calibri" w:hAnsi="Calibri"/>
                <w:b/>
                <w:i w:val="0"/>
                <w:color w:val="173955"/>
                <w:sz w:val="18"/>
              </w:rPr>
              <w:t>N° de dossier : ____________________</w:t>
            </w:r>
          </w:p>
        </w:tc>
        <w:tc>
          <w:tcPr>
            <w:tcW w:type="dxa" w:w="5053"/>
            <w:tcMar>
              <w:top w:w="90" w:type="dxa"/>
              <w:start w:w="120" w:type="dxa"/>
              <w:bottom w:w="90" w:type="dxa"/>
              <w:end w:w="120" w:type="dxa"/>
            </w:tcMar>
            <w:vAlign w:val="center"/>
            <w:shd w:fill="EAF2F8"/>
          </w:tcPr>
          <w:p>
            <w:pPr>
              <w:spacing w:before="0" w:after="0" w:line="259" w:lineRule="auto"/>
              <w:jc w:val="right"/>
            </w:pPr>
            <w:r/>
            <w:r>
              <w:rPr>
                <w:rFonts w:ascii="Calibri" w:hAnsi="Calibri"/>
                <w:b/>
                <w:i w:val="0"/>
                <w:color w:val="173955"/>
                <w:sz w:val="18"/>
              </w:rPr>
              <w:t>Date de réception : ____ / ____ / ______</w:t>
            </w:r>
          </w:p>
        </w:tc>
      </w:tr>
    </w:tbl>
    <w:p>
      <w:pPr>
        <w:spacing w:before="140" w:after="80" w:line="259" w:lineRule="auto"/>
        <w:keepNext/>
        <w:shd w:fill="173955"/>
      </w:pPr>
      <w:r>
        <w:rPr>
          <w:rFonts w:ascii="Calibri" w:hAnsi="Calibri"/>
          <w:b/>
          <w:i w:val="0"/>
          <w:color w:val="FFFFFF"/>
          <w:sz w:val="21"/>
        </w:rPr>
        <w:t>A. IDENTITÉ ET COORDONNÉES DU CANDIDAT</w:t>
      </w:r>
    </w:p>
    <w:tbl>
      <w:tblPr>
        <w:tblW w:type="dxa" w:w="10106"/>
        <w:jc w:val="left"/>
        <w:tblLayout w:type="fixed"/>
        <w:tblLook w:firstColumn="1" w:firstRow="1" w:lastColumn="0" w:lastRow="0" w:noHBand="0" w:noVBand="1" w:val="04A0"/>
        <w:tblInd w:w="120" w:type="dxa"/>
        <w:tblBorders>
          <w:top w:val="single" w:sz="6" w:color="D5DCE3"/>
          <w:left w:val="single" w:sz="6" w:color="D5DCE3"/>
          <w:bottom w:val="single" w:sz="6" w:color="D5DCE3"/>
          <w:right w:val="single" w:sz="6" w:color="D5DCE3"/>
          <w:insideH w:val="single" w:sz="6" w:color="D5DCE3"/>
          <w:insideV w:val="single" w:sz="6" w:color="D5DCE3"/>
        </w:tblBorders>
      </w:tblPr>
      <w:tblGrid>
        <w:gridCol w:w="1700"/>
        <w:gridCol w:w="3353"/>
        <w:gridCol w:w="1700"/>
        <w:gridCol w:w="3353"/>
      </w:tblGrid>
      <w:tr>
        <w:tc>
          <w:tcPr>
            <w:tcW w:type="dxa" w:w="1700"/>
            <w:vAlign w:val="center"/>
          </w:tcPr>
          <w:p>
            <w:pPr>
              <w:spacing w:before="0" w:after="0" w:line="259" w:lineRule="auto"/>
              <w:jc w:val="left"/>
            </w:pPr>
            <w:r/>
            <w:r>
              <w:rPr>
                <w:rFonts w:ascii="Calibri" w:hAnsi="Calibri"/>
                <w:b/>
                <w:i w:val="0"/>
                <w:color w:val="173955"/>
                <w:sz w:val="18"/>
              </w:rPr>
              <w:t>Nom et prénoms</w:t>
            </w:r>
          </w:p>
        </w:tc>
        <w:tc>
          <w:tcPr>
            <w:tcW w:type="dxa" w:w="8406"/>
            <w:gridSpan w:val="3"/>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Date de naissance</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c>
          <w:tcPr>
            <w:tcW w:type="dxa" w:w="1700"/>
            <w:vAlign w:val="center"/>
          </w:tcPr>
          <w:p>
            <w:pPr>
              <w:spacing w:before="0" w:after="0" w:line="259" w:lineRule="auto"/>
              <w:jc w:val="left"/>
            </w:pPr>
            <w:r/>
            <w:r>
              <w:rPr>
                <w:rFonts w:ascii="Calibri" w:hAnsi="Calibri"/>
                <w:b/>
                <w:i w:val="0"/>
                <w:color w:val="173955"/>
                <w:sz w:val="18"/>
              </w:rPr>
              <w:t>Lieu de naissance</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Nationalité</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c>
          <w:tcPr>
            <w:tcW w:type="dxa" w:w="1700"/>
            <w:vAlign w:val="center"/>
          </w:tcPr>
          <w:p>
            <w:pPr>
              <w:spacing w:before="0" w:after="0" w:line="259" w:lineRule="auto"/>
              <w:jc w:val="left"/>
            </w:pPr>
            <w:r/>
            <w:r>
              <w:rPr>
                <w:rFonts w:ascii="Calibri" w:hAnsi="Calibri"/>
                <w:b/>
                <w:i w:val="0"/>
                <w:color w:val="173955"/>
                <w:sz w:val="18"/>
              </w:rPr>
              <w:t>Profession</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Adresse complète</w:t>
            </w:r>
          </w:p>
        </w:tc>
        <w:tc>
          <w:tcPr>
            <w:tcW w:type="dxa" w:w="8406"/>
            <w:gridSpan w:val="3"/>
            <w:vAlign w:val="center"/>
          </w:tcPr>
          <w:p>
            <w:pPr>
              <w:spacing w:before="0" w:after="0" w:line="259" w:lineRule="auto"/>
            </w:pPr>
            <w:r/>
            <w:r>
              <w:rPr>
                <w:rFonts w:ascii="Calibri" w:hAnsi="Calibri"/>
                <w:b w:val="0"/>
                <w:i w:val="0"/>
                <w:color w:val="667482"/>
                <w:sz w:val="17"/>
              </w:rPr>
              <w:t>________________________________________________________________</w:t>
              <w:b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Téléphone / WhatsApp</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c>
          <w:tcPr>
            <w:tcW w:type="dxa" w:w="1700"/>
            <w:vAlign w:val="center"/>
          </w:tcPr>
          <w:p>
            <w:pPr>
              <w:spacing w:before="0" w:after="0" w:line="259" w:lineRule="auto"/>
              <w:jc w:val="left"/>
            </w:pPr>
            <w:r/>
            <w:r>
              <w:rPr>
                <w:rFonts w:ascii="Calibri" w:hAnsi="Calibri"/>
                <w:b/>
                <w:i w:val="0"/>
                <w:color w:val="173955"/>
                <w:sz w:val="18"/>
              </w:rPr>
              <w:t>Adresse électronique</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Pièce d'identité</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c>
          <w:tcPr>
            <w:tcW w:type="dxa" w:w="1700"/>
            <w:vAlign w:val="center"/>
          </w:tcPr>
          <w:p>
            <w:pPr>
              <w:spacing w:before="0" w:after="0" w:line="259" w:lineRule="auto"/>
              <w:jc w:val="left"/>
            </w:pPr>
            <w:r/>
            <w:r>
              <w:rPr>
                <w:rFonts w:ascii="Calibri" w:hAnsi="Calibri"/>
                <w:b/>
                <w:i w:val="0"/>
                <w:color w:val="173955"/>
                <w:sz w:val="18"/>
              </w:rPr>
              <w:t>Numéro</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Personne à prévenir</w:t>
            </w:r>
          </w:p>
        </w:tc>
        <w:tc>
          <w:tcPr>
            <w:tcW w:type="dxa" w:w="8406"/>
            <w:gridSpan w:val="3"/>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Lien avec le candidat</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c>
          <w:tcPr>
            <w:tcW w:type="dxa" w:w="1700"/>
            <w:vAlign w:val="center"/>
          </w:tcPr>
          <w:p>
            <w:pPr>
              <w:spacing w:before="0" w:after="0" w:line="259" w:lineRule="auto"/>
              <w:jc w:val="left"/>
            </w:pPr>
            <w:r/>
            <w:r>
              <w:rPr>
                <w:rFonts w:ascii="Calibri" w:hAnsi="Calibri"/>
                <w:b/>
                <w:i w:val="0"/>
                <w:color w:val="173955"/>
                <w:sz w:val="18"/>
              </w:rPr>
              <w:t>Téléphone</w:t>
            </w:r>
          </w:p>
        </w:tc>
        <w:tc>
          <w:tcPr>
            <w:tcW w:type="dxa" w:w="3353"/>
            <w:vAlign w:val="center"/>
          </w:tcPr>
          <w:p>
            <w:pPr>
              <w:spacing w:before="0" w:after="0" w:line="259" w:lineRule="auto"/>
            </w:pPr>
            <w:r/>
            <w:r>
              <w:rPr>
                <w:rFonts w:ascii="Calibri" w:hAnsi="Calibri"/>
                <w:b w:val="0"/>
                <w:i w:val="0"/>
                <w:color w:val="667482"/>
                <w:sz w:val="17"/>
              </w:rPr>
              <w:t>________________________________________________________________</w:t>
            </w:r>
          </w:p>
        </w:tc>
      </w:tr>
    </w:tbl>
    <w:p>
      <w:pPr>
        <w:spacing w:before="140" w:after="80" w:line="259" w:lineRule="auto"/>
        <w:keepNext/>
        <w:shd w:fill="173955"/>
      </w:pPr>
      <w:r>
        <w:rPr>
          <w:rFonts w:ascii="Calibri" w:hAnsi="Calibri"/>
          <w:b/>
          <w:i w:val="0"/>
          <w:color w:val="FFFFFF"/>
          <w:sz w:val="21"/>
        </w:rPr>
        <w:t>B. LIEN AVEC PRODOMO ET PARTICIPATION ASSOCIATIVE</w:t>
      </w:r>
    </w:p>
    <w:tbl>
      <w:tblPr>
        <w:tblW w:type="dxa" w:w="10106"/>
        <w:jc w:val="left"/>
        <w:tblLayout w:type="fixed"/>
        <w:tblLook w:firstColumn="1" w:firstRow="1" w:lastColumn="0" w:lastRow="0" w:noHBand="0" w:noVBand="1" w:val="04A0"/>
        <w:tblInd w:w="120" w:type="dxa"/>
        <w:tblBorders>
          <w:top w:val="single" w:sz="6" w:color="D5DCE3"/>
          <w:left w:val="single" w:sz="6" w:color="D5DCE3"/>
          <w:bottom w:val="single" w:sz="6" w:color="D5DCE3"/>
          <w:right w:val="single" w:sz="6" w:color="D5DCE3"/>
          <w:insideH w:val="single" w:sz="6" w:color="D5DCE3"/>
          <w:insideV w:val="single" w:sz="6" w:color="D5DCE3"/>
        </w:tblBorders>
      </w:tblPr>
      <w:tblGrid>
        <w:gridCol w:w="1700"/>
        <w:gridCol w:w="3353"/>
        <w:gridCol w:w="1700"/>
        <w:gridCol w:w="3353"/>
      </w:tblGrid>
      <w:tr>
        <w:tc>
          <w:tcPr>
            <w:tcW w:type="dxa" w:w="1700"/>
            <w:vAlign w:val="center"/>
          </w:tcPr>
          <w:p>
            <w:pPr>
              <w:spacing w:before="0" w:after="0" w:line="259" w:lineRule="auto"/>
              <w:jc w:val="left"/>
            </w:pPr>
            <w:r/>
            <w:r>
              <w:rPr>
                <w:rFonts w:ascii="Calibri" w:hAnsi="Calibri"/>
                <w:b/>
                <w:i w:val="0"/>
                <w:color w:val="173955"/>
                <w:sz w:val="18"/>
              </w:rPr>
              <w:t>Lien avec le groupe</w:t>
            </w:r>
          </w:p>
        </w:tc>
        <w:tc>
          <w:tcPr>
            <w:tcW w:type="dxa" w:w="8406"/>
            <w:gridSpan w:val="3"/>
            <w:vAlign w:val="center"/>
          </w:tcPr>
          <w:p>
            <w:pPr>
              <w:spacing w:before="0" w:after="0" w:line="259" w:lineRule="auto"/>
            </w:pPr>
            <w:r/>
            <w:r>
              <w:rPr>
                <w:rFonts w:ascii="Calibri" w:hAnsi="Calibri"/>
                <w:b w:val="0"/>
                <w:i w:val="0"/>
                <w:color w:val="667482"/>
                <w:sz w:val="17"/>
              </w:rPr>
              <w:t>________________________________________________________________</w:t>
              <w:b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Membre référent (facultatif)</w:t>
            </w:r>
          </w:p>
        </w:tc>
        <w:tc>
          <w:tcPr>
            <w:tcW w:type="dxa" w:w="8406"/>
            <w:gridSpan w:val="3"/>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700"/>
            <w:vAlign w:val="center"/>
          </w:tcPr>
          <w:p>
            <w:pPr>
              <w:spacing w:before="0" w:after="0" w:line="259" w:lineRule="auto"/>
              <w:jc w:val="left"/>
            </w:pPr>
            <w:r/>
            <w:r>
              <w:rPr>
                <w:rFonts w:ascii="Calibri" w:hAnsi="Calibri"/>
                <w:b/>
                <w:i w:val="0"/>
                <w:color w:val="173955"/>
                <w:sz w:val="18"/>
              </w:rPr>
              <w:t>Motivation principale</w:t>
            </w:r>
          </w:p>
        </w:tc>
        <w:tc>
          <w:tcPr>
            <w:tcW w:type="dxa" w:w="8406"/>
            <w:gridSpan w:val="3"/>
            <w:vAlign w:val="center"/>
          </w:tcPr>
          <w:p>
            <w:pPr>
              <w:spacing w:before="0" w:after="0" w:line="259" w:lineRule="auto"/>
            </w:pPr>
            <w:r/>
            <w:r>
              <w:rPr>
                <w:rFonts w:ascii="Calibri" w:hAnsi="Calibri"/>
                <w:b w:val="0"/>
                <w:i w:val="0"/>
                <w:color w:val="667482"/>
                <w:sz w:val="17"/>
              </w:rPr>
              <w:t>________________________________________________________________</w:t>
              <w:br/>
            </w:r>
            <w:r>
              <w:rPr>
                <w:rFonts w:ascii="Calibri" w:hAnsi="Calibri"/>
                <w:b w:val="0"/>
                <w:i w:val="0"/>
                <w:color w:val="667482"/>
                <w:sz w:val="17"/>
              </w:rPr>
              <w:t>________________________________________________________________</w:t>
            </w:r>
          </w:p>
        </w:tc>
      </w:tr>
    </w:tbl>
    <w:p>
      <w:pPr>
        <w:spacing w:before="0" w:after="60" w:line="259" w:lineRule="auto"/>
      </w:pPr>
      <w:r>
        <w:rPr>
          <w:rFonts w:ascii="Calibri" w:hAnsi="Calibri"/>
          <w:b w:val="0"/>
          <w:i w:val="0"/>
          <w:color w:val="263746"/>
          <w:sz w:val="19"/>
        </w:rPr>
        <w:t>Domaines dans lesquels je souhaiterais contribuer :</w:t>
      </w:r>
    </w:p>
    <w:tbl>
      <w:tblPr>
        <w:tblW w:type="dxa" w:w="10106"/>
        <w:jc w:val="left"/>
        <w:tblLayout w:type="fixed"/>
        <w:tblLook w:firstColumn="1" w:firstRow="1" w:lastColumn="0" w:lastRow="0" w:noHBand="0" w:noVBand="1" w:val="04A0"/>
        <w:tblInd w:w="120" w:type="dxa"/>
      </w:tblPr>
      <w:tblGrid>
        <w:gridCol w:w="5053"/>
        <w:gridCol w:w="5053"/>
      </w:tblGrid>
      <w:tr>
        <w:tc>
          <w:tcPr>
            <w:tcW w:type="dxa" w:w="5053"/>
            <w:tcMar>
              <w:top w:w="50" w:type="dxa"/>
              <w:start w:w="120" w:type="dxa"/>
              <w:bottom w:w="50" w:type="dxa"/>
              <w:end w:w="120" w:type="dxa"/>
            </w:tcMar>
          </w:tcPr>
          <w:p>
            <w:pPr>
              <w:spacing w:before="0" w:after="0" w:line="259" w:lineRule="auto"/>
            </w:pPr>
            <w:r/>
            <w:r>
              <w:rPr>
                <w:rFonts w:ascii="DejaVu Sans" w:hAnsi="DejaVu Sans"/>
                <w:b w:val="0"/>
                <w:i w:val="0"/>
                <w:color w:val="2A8C82"/>
                <w:sz w:val="21"/>
              </w:rPr>
              <w:t xml:space="preserve">☐ </w:t>
            </w:r>
            <w:r>
              <w:rPr>
                <w:rFonts w:ascii="Calibri" w:hAnsi="Calibri"/>
                <w:b w:val="0"/>
                <w:i w:val="0"/>
                <w:color w:val="263746"/>
                <w:sz w:val="18"/>
              </w:rPr>
              <w:t>Solidarité et accompagnement des membres</w:t>
            </w:r>
          </w:p>
        </w:tc>
        <w:tc>
          <w:tcPr>
            <w:tcW w:type="dxa" w:w="5053"/>
            <w:tcMar>
              <w:top w:w="50" w:type="dxa"/>
              <w:start w:w="120" w:type="dxa"/>
              <w:bottom w:w="50" w:type="dxa"/>
              <w:end w:w="120" w:type="dxa"/>
            </w:tcMar>
          </w:tcPr>
          <w:p>
            <w:pPr>
              <w:spacing w:before="0" w:after="0" w:line="259" w:lineRule="auto"/>
            </w:pPr>
            <w:r/>
            <w:r>
              <w:rPr>
                <w:rFonts w:ascii="DejaVu Sans" w:hAnsi="DejaVu Sans"/>
                <w:b w:val="0"/>
                <w:i w:val="0"/>
                <w:color w:val="2A8C82"/>
                <w:sz w:val="21"/>
              </w:rPr>
              <w:t xml:space="preserve">☐ </w:t>
            </w:r>
            <w:r>
              <w:rPr>
                <w:rFonts w:ascii="Calibri" w:hAnsi="Calibri"/>
                <w:b w:val="0"/>
                <w:i w:val="0"/>
                <w:color w:val="263746"/>
                <w:sz w:val="18"/>
              </w:rPr>
              <w:t>Organisation d'événements et cohésion</w:t>
            </w:r>
          </w:p>
        </w:tc>
      </w:tr>
      <w:tr>
        <w:tc>
          <w:tcPr>
            <w:tcW w:type="dxa" w:w="5053"/>
            <w:tcMar>
              <w:top w:w="50" w:type="dxa"/>
              <w:start w:w="120" w:type="dxa"/>
              <w:bottom w:w="50" w:type="dxa"/>
              <w:end w:w="120" w:type="dxa"/>
            </w:tcMar>
          </w:tcPr>
          <w:p>
            <w:pPr>
              <w:spacing w:before="0" w:after="0" w:line="259" w:lineRule="auto"/>
            </w:pPr>
            <w:r/>
            <w:r>
              <w:rPr>
                <w:rFonts w:ascii="DejaVu Sans" w:hAnsi="DejaVu Sans"/>
                <w:b w:val="0"/>
                <w:i w:val="0"/>
                <w:color w:val="2A8C82"/>
                <w:sz w:val="21"/>
              </w:rPr>
              <w:t xml:space="preserve">☐ </w:t>
            </w:r>
            <w:r>
              <w:rPr>
                <w:rFonts w:ascii="Calibri" w:hAnsi="Calibri"/>
                <w:b w:val="0"/>
                <w:i w:val="0"/>
                <w:color w:val="263746"/>
                <w:sz w:val="18"/>
              </w:rPr>
              <w:t>Finances, budget ou contrôle</w:t>
            </w:r>
          </w:p>
        </w:tc>
        <w:tc>
          <w:tcPr>
            <w:tcW w:type="dxa" w:w="5053"/>
            <w:tcMar>
              <w:top w:w="50" w:type="dxa"/>
              <w:start w:w="120" w:type="dxa"/>
              <w:bottom w:w="50" w:type="dxa"/>
              <w:end w:w="120" w:type="dxa"/>
            </w:tcMar>
          </w:tcPr>
          <w:p>
            <w:pPr>
              <w:spacing w:before="0" w:after="0" w:line="259" w:lineRule="auto"/>
            </w:pPr>
            <w:r/>
            <w:r>
              <w:rPr>
                <w:rFonts w:ascii="DejaVu Sans" w:hAnsi="DejaVu Sans"/>
                <w:b w:val="0"/>
                <w:i w:val="0"/>
                <w:color w:val="2A8C82"/>
                <w:sz w:val="21"/>
              </w:rPr>
              <w:t xml:space="preserve">☐ </w:t>
            </w:r>
            <w:r>
              <w:rPr>
                <w:rFonts w:ascii="Calibri" w:hAnsi="Calibri"/>
                <w:b w:val="0"/>
                <w:i w:val="0"/>
                <w:color w:val="263746"/>
                <w:sz w:val="18"/>
              </w:rPr>
              <w:t>Communication et secrétariat</w:t>
            </w:r>
          </w:p>
        </w:tc>
      </w:tr>
      <w:tr>
        <w:tc>
          <w:tcPr>
            <w:tcW w:type="dxa" w:w="5053"/>
            <w:tcMar>
              <w:top w:w="50" w:type="dxa"/>
              <w:start w:w="120" w:type="dxa"/>
              <w:bottom w:w="50" w:type="dxa"/>
              <w:end w:w="120" w:type="dxa"/>
            </w:tcMar>
          </w:tcPr>
          <w:p>
            <w:pPr>
              <w:spacing w:before="0" w:after="0" w:line="259" w:lineRule="auto"/>
            </w:pPr>
            <w:r/>
            <w:r>
              <w:rPr>
                <w:rFonts w:ascii="DejaVu Sans" w:hAnsi="DejaVu Sans"/>
                <w:b w:val="0"/>
                <w:i w:val="0"/>
                <w:color w:val="2A8C82"/>
                <w:sz w:val="21"/>
              </w:rPr>
              <w:t xml:space="preserve">☐ </w:t>
            </w:r>
            <w:r>
              <w:rPr>
                <w:rFonts w:ascii="Calibri" w:hAnsi="Calibri"/>
                <w:b w:val="0"/>
                <w:i w:val="0"/>
                <w:color w:val="263746"/>
                <w:sz w:val="18"/>
              </w:rPr>
              <w:t>Développement de projets et partenariats</w:t>
            </w:r>
          </w:p>
        </w:tc>
        <w:tc>
          <w:tcPr>
            <w:tcW w:type="dxa" w:w="5053"/>
            <w:tcMar>
              <w:top w:w="50" w:type="dxa"/>
              <w:start w:w="120" w:type="dxa"/>
              <w:bottom w:w="50" w:type="dxa"/>
              <w:end w:w="120" w:type="dxa"/>
            </w:tcMar>
          </w:tcPr>
          <w:p>
            <w:pPr>
              <w:spacing w:before="0" w:after="0" w:line="259" w:lineRule="auto"/>
            </w:pPr>
            <w:r/>
            <w:r>
              <w:rPr>
                <w:rFonts w:ascii="DejaVu Sans" w:hAnsi="DejaVu Sans"/>
                <w:b w:val="0"/>
                <w:i w:val="0"/>
                <w:color w:val="2A8C82"/>
                <w:sz w:val="21"/>
              </w:rPr>
              <w:t xml:space="preserve">☐ </w:t>
            </w:r>
            <w:r>
              <w:rPr>
                <w:rFonts w:ascii="Calibri" w:hAnsi="Calibri"/>
                <w:b w:val="0"/>
                <w:i w:val="0"/>
                <w:color w:val="263746"/>
                <w:sz w:val="18"/>
              </w:rPr>
              <w:t>Actions communautaires ou humanitaires</w:t>
            </w:r>
          </w:p>
        </w:tc>
      </w:tr>
    </w:tbl>
    <w:p>
      <w:pPr>
        <w:spacing w:before="100" w:after="0" w:line="259" w:lineRule="auto"/>
      </w:pPr>
      <w:r>
        <w:rPr>
          <w:rFonts w:ascii="Calibri" w:hAnsi="Calibri"/>
          <w:b/>
          <w:i w:val="0"/>
          <w:color w:val="173955"/>
          <w:sz w:val="19"/>
        </w:rPr>
        <w:t>Compétences ou moyens que je peux mettre au service de l'Amicale :</w:t>
      </w:r>
    </w:p>
    <w:p>
      <w:pPr>
        <w:spacing w:before="0" w:after="0" w:line="259" w:lineRule="auto"/>
      </w:pPr>
      <w:r>
        <w:rPr>
          <w:rFonts w:ascii="Calibri" w:hAnsi="Calibri"/>
          <w:b w:val="0"/>
          <w:i w:val="0"/>
          <w:color w:val="667482"/>
          <w:sz w:val="17"/>
        </w:rPr>
        <w:t>____________________________________________________________________________________________</w:t>
        <w:br/>
        <w:t>____________________________________________________________________________________________</w:t>
      </w:r>
    </w:p>
    <w:p>
      <w:r>
        <w:br w:type="page"/>
      </w:r>
    </w:p>
    <w:p>
      <w:pPr>
        <w:spacing w:before="0" w:after="20" w:line="259" w:lineRule="auto"/>
        <w:jc w:val="center"/>
      </w:pPr>
      <w:r>
        <w:rPr>
          <w:rFonts w:ascii="Calibri" w:hAnsi="Calibri"/>
          <w:b/>
          <w:i w:val="0"/>
          <w:color w:val="173955"/>
          <w:sz w:val="28"/>
        </w:rPr>
        <w:t>FICHE D'ADHÉSION - ENGAGEMENTS ET DONNÉES PERSONNELLES</w:t>
      </w:r>
    </w:p>
    <w:p>
      <w:pPr>
        <w:spacing w:before="0" w:after="120" w:line="259" w:lineRule="auto"/>
        <w:jc w:val="center"/>
      </w:pPr>
      <w:r>
        <w:rPr>
          <w:rFonts w:ascii="Calibri" w:hAnsi="Calibri"/>
          <w:b w:val="0"/>
          <w:i/>
          <w:color w:val="667482"/>
          <w:sz w:val="18"/>
        </w:rPr>
        <w:t>À compléter par le candidat, puis par les responsables habilités</w:t>
      </w:r>
    </w:p>
    <w:p>
      <w:pPr>
        <w:spacing w:before="140" w:after="80" w:line="259" w:lineRule="auto"/>
        <w:keepNext/>
        <w:shd w:fill="173955"/>
      </w:pPr>
      <w:r>
        <w:rPr>
          <w:rFonts w:ascii="Calibri" w:hAnsi="Calibri"/>
          <w:b/>
          <w:i w:val="0"/>
          <w:color w:val="FFFFFF"/>
          <w:sz w:val="21"/>
        </w:rPr>
        <w:t>C. DÉCLARATION ET ENGAGEMENTS DU CANDIDAT</w:t>
      </w:r>
    </w:p>
    <w:p>
      <w:pPr>
        <w:spacing w:before="0" w:after="80" w:line="259" w:lineRule="auto"/>
      </w:pPr>
      <w:r>
        <w:rPr>
          <w:rFonts w:ascii="Calibri" w:hAnsi="Calibri"/>
          <w:b w:val="0"/>
          <w:i w:val="0"/>
          <w:color w:val="263746"/>
          <w:sz w:val="19"/>
        </w:rPr>
        <w:t xml:space="preserve">Je soussigné(e), </w:t>
      </w:r>
      <w:r>
        <w:rPr>
          <w:rFonts w:ascii="Calibri" w:hAnsi="Calibri"/>
          <w:b w:val="0"/>
          <w:i w:val="0"/>
          <w:color w:val="667482"/>
          <w:sz w:val="19"/>
        </w:rPr>
        <w:t>____________________________________________________________</w:t>
      </w:r>
      <w:r>
        <w:rPr>
          <w:rFonts w:ascii="Calibri" w:hAnsi="Calibri"/>
          <w:b w:val="0"/>
          <w:i w:val="0"/>
          <w:color w:val="263746"/>
          <w:sz w:val="19"/>
        </w:rPr>
        <w:t>, demande mon admission comme membre actif de l'Amicale Prodomo et déclare :</w:t>
      </w:r>
    </w:p>
    <w:p>
      <w:pPr>
        <w:spacing w:before="0" w:after="40" w:line="259" w:lineRule="auto"/>
      </w:pPr>
      <w:r>
        <w:rPr>
          <w:rFonts w:ascii="DejaVu Sans" w:hAnsi="DejaVu Sans"/>
          <w:b w:val="0"/>
          <w:i w:val="0"/>
          <w:color w:val="2A8C82"/>
          <w:sz w:val="22"/>
        </w:rPr>
        <w:t xml:space="preserve">☐ </w:t>
      </w:r>
      <w:r>
        <w:rPr>
          <w:rFonts w:ascii="Calibri" w:hAnsi="Calibri"/>
          <w:b w:val="0"/>
          <w:i w:val="0"/>
          <w:color w:val="263746"/>
          <w:sz w:val="18"/>
        </w:rPr>
        <w:t>avoir reçu ou avoir eu accès aux statuts et au règlement intérieur ;</w:t>
      </w:r>
    </w:p>
    <w:p>
      <w:pPr>
        <w:spacing w:before="0" w:after="40" w:line="259" w:lineRule="auto"/>
      </w:pPr>
      <w:r>
        <w:rPr>
          <w:rFonts w:ascii="DejaVu Sans" w:hAnsi="DejaVu Sans"/>
          <w:b w:val="0"/>
          <w:i w:val="0"/>
          <w:color w:val="2A8C82"/>
          <w:sz w:val="22"/>
        </w:rPr>
        <w:t xml:space="preserve">☐ </w:t>
      </w:r>
      <w:r>
        <w:rPr>
          <w:rFonts w:ascii="Calibri" w:hAnsi="Calibri"/>
          <w:b w:val="0"/>
          <w:i w:val="0"/>
          <w:color w:val="263746"/>
          <w:sz w:val="18"/>
        </w:rPr>
        <w:t>adhérer à l'objet, aux valeurs et aux décisions régulièrement adoptées par l'Association ;</w:t>
      </w:r>
    </w:p>
    <w:p>
      <w:pPr>
        <w:spacing w:before="0" w:after="40" w:line="259" w:lineRule="auto"/>
      </w:pPr>
      <w:r>
        <w:rPr>
          <w:rFonts w:ascii="DejaVu Sans" w:hAnsi="DejaVu Sans"/>
          <w:b w:val="0"/>
          <w:i w:val="0"/>
          <w:color w:val="2A8C82"/>
          <w:sz w:val="22"/>
        </w:rPr>
        <w:t xml:space="preserve">☐ </w:t>
      </w:r>
      <w:r>
        <w:rPr>
          <w:rFonts w:ascii="Calibri" w:hAnsi="Calibri"/>
          <w:b w:val="0"/>
          <w:i w:val="0"/>
          <w:color w:val="263746"/>
          <w:sz w:val="18"/>
        </w:rPr>
        <w:t>m'engager à participer, dans la mesure de mes possibilités, aux réunions, consultations, votes et activités ;</w:t>
      </w:r>
    </w:p>
    <w:p>
      <w:pPr>
        <w:spacing w:before="0" w:after="40" w:line="259" w:lineRule="auto"/>
      </w:pPr>
      <w:r>
        <w:rPr>
          <w:rFonts w:ascii="DejaVu Sans" w:hAnsi="DejaVu Sans"/>
          <w:b w:val="0"/>
          <w:i w:val="0"/>
          <w:color w:val="2A8C82"/>
          <w:sz w:val="22"/>
        </w:rPr>
        <w:t xml:space="preserve">☐ </w:t>
      </w:r>
      <w:r>
        <w:rPr>
          <w:rFonts w:ascii="Calibri" w:hAnsi="Calibri"/>
          <w:b w:val="0"/>
          <w:i w:val="0"/>
          <w:color w:val="263746"/>
          <w:sz w:val="18"/>
        </w:rPr>
        <w:t>respecter les autres membres, la confidentialité des échanges et les règles relatives aux conflits d'intérêts ;</w:t>
      </w:r>
    </w:p>
    <w:p>
      <w:pPr>
        <w:spacing w:before="0" w:after="40" w:line="259" w:lineRule="auto"/>
      </w:pPr>
      <w:r>
        <w:rPr>
          <w:rFonts w:ascii="DejaVu Sans" w:hAnsi="DejaVu Sans"/>
          <w:b w:val="0"/>
          <w:i w:val="0"/>
          <w:color w:val="2A8C82"/>
          <w:sz w:val="22"/>
        </w:rPr>
        <w:t xml:space="preserve">☐ </w:t>
      </w:r>
      <w:r>
        <w:rPr>
          <w:rFonts w:ascii="Calibri" w:hAnsi="Calibri"/>
          <w:b w:val="0"/>
          <w:i w:val="0"/>
          <w:color w:val="263746"/>
          <w:sz w:val="18"/>
        </w:rPr>
        <w:t>m'acquitter du droit d'adhésion unique de 10 000 FCFA et de la cotisation minimale de 2 000 FCFA par mois ;</w:t>
      </w:r>
    </w:p>
    <w:p>
      <w:pPr>
        <w:spacing w:before="0" w:after="40" w:line="259" w:lineRule="auto"/>
      </w:pPr>
      <w:r>
        <w:rPr>
          <w:rFonts w:ascii="DejaVu Sans" w:hAnsi="DejaVu Sans"/>
          <w:b w:val="0"/>
          <w:i w:val="0"/>
          <w:color w:val="2A8C82"/>
          <w:sz w:val="22"/>
        </w:rPr>
        <w:t xml:space="preserve">☐ </w:t>
      </w:r>
      <w:r>
        <w:rPr>
          <w:rFonts w:ascii="Calibri" w:hAnsi="Calibri"/>
          <w:b w:val="0"/>
          <w:i w:val="0"/>
          <w:color w:val="263746"/>
          <w:sz w:val="18"/>
        </w:rPr>
        <w:t>certifier exacts les renseignements fournis dans la présente fiche et signaler toute modification utile.</w:t>
      </w:r>
    </w:p>
    <w:p>
      <w:pPr>
        <w:spacing w:before="140" w:after="80" w:line="259" w:lineRule="auto"/>
        <w:keepNext/>
        <w:shd w:fill="173955"/>
      </w:pPr>
      <w:r>
        <w:rPr>
          <w:rFonts w:ascii="Calibri" w:hAnsi="Calibri"/>
          <w:b/>
          <w:i w:val="0"/>
          <w:color w:val="FFFFFF"/>
          <w:sz w:val="21"/>
        </w:rPr>
        <w:t>D. PROTECTION DES DONNÉES PERSONNELLES ET AUTORISATIONS</w:t>
      </w:r>
    </w:p>
    <w:p>
      <w:pPr>
        <w:spacing w:before="0" w:after="60" w:line="259" w:lineRule="auto"/>
      </w:pPr>
      <w:r>
        <w:rPr>
          <w:rFonts w:ascii="Calibri" w:hAnsi="Calibri"/>
          <w:b/>
          <w:i w:val="0"/>
          <w:color w:val="173955"/>
          <w:sz w:val="17"/>
        </w:rPr>
        <w:t xml:space="preserve">Cadre applicable. </w:t>
      </w:r>
      <w:r>
        <w:rPr>
          <w:rFonts w:ascii="Calibri" w:hAnsi="Calibri"/>
          <w:b w:val="0"/>
          <w:i w:val="0"/>
          <w:color w:val="263746"/>
          <w:sz w:val="17"/>
        </w:rPr>
        <w:t>Les informations sont traitées conformément à la loi n° 2013-450 du 19 juin 2013 relative à la protection des données à caractère personnel. Le responsable du traitement est l'Amicale Prodomo, représentée par son Bureau.</w:t>
      </w:r>
    </w:p>
    <w:p>
      <w:pPr>
        <w:spacing w:before="0" w:after="30" w:line="240" w:lineRule="auto"/>
      </w:pPr>
      <w:r>
        <w:rPr>
          <w:rFonts w:ascii="Calibri" w:hAnsi="Calibri"/>
          <w:b/>
          <w:i w:val="0"/>
          <w:color w:val="173955"/>
          <w:sz w:val="16"/>
        </w:rPr>
        <w:t xml:space="preserve">Données et finalités. </w:t>
      </w:r>
      <w:r>
        <w:rPr>
          <w:rFonts w:ascii="Calibri" w:hAnsi="Calibri"/>
          <w:b w:val="0"/>
          <w:i w:val="0"/>
          <w:color w:val="263746"/>
          <w:sz w:val="16"/>
        </w:rPr>
        <w:t>Identité et coordonnées, situation associative, paiements, participation et, si elle est fournie, personne à prévenir : admission, registre des membres, gestion des cotisations, convocations, solidarité, activités et obligations légales.</w:t>
      </w:r>
    </w:p>
    <w:p>
      <w:pPr>
        <w:spacing w:before="0" w:after="30" w:line="240" w:lineRule="auto"/>
      </w:pPr>
      <w:r>
        <w:rPr>
          <w:rFonts w:ascii="Calibri" w:hAnsi="Calibri"/>
          <w:b/>
          <w:i w:val="0"/>
          <w:color w:val="173955"/>
          <w:sz w:val="16"/>
        </w:rPr>
        <w:t xml:space="preserve">Caractère obligatoire ou facultatif. </w:t>
      </w:r>
      <w:r>
        <w:rPr>
          <w:rFonts w:ascii="Calibri" w:hAnsi="Calibri"/>
          <w:b w:val="0"/>
          <w:i w:val="0"/>
          <w:color w:val="263746"/>
          <w:sz w:val="16"/>
        </w:rPr>
        <w:t>Les données d'identité et de contact indispensables à l'admission sont obligatoires. Les autres renseignements et les autorisations ci-dessous sont facultatifs ; leur refus n'empêche pas l'adhésion.</w:t>
      </w:r>
    </w:p>
    <w:p>
      <w:pPr>
        <w:spacing w:before="0" w:after="30" w:line="240" w:lineRule="auto"/>
      </w:pPr>
      <w:r>
        <w:rPr>
          <w:rFonts w:ascii="Calibri" w:hAnsi="Calibri"/>
          <w:b/>
          <w:i w:val="0"/>
          <w:color w:val="173955"/>
          <w:sz w:val="16"/>
        </w:rPr>
        <w:t xml:space="preserve">Destinataires et confidentialité. </w:t>
      </w:r>
      <w:r>
        <w:rPr>
          <w:rFonts w:ascii="Calibri" w:hAnsi="Calibri"/>
          <w:b w:val="0"/>
          <w:i w:val="0"/>
          <w:color w:val="263746"/>
          <w:sz w:val="16"/>
        </w:rPr>
        <w:t>Seuls les membres du Bureau et les personnes habilitées y accèdent pour leurs missions. Aucune communication à un tiers n'est faite sans autorisation, sauf obligation légale. Les services numériques utilisés, notamment WhatsApp, la messagerie et le site internet, peuvent traiter certaines données selon leurs propres conditions et, le cas échéant, hors de Côte d'Ivoire.</w:t>
      </w:r>
    </w:p>
    <w:p>
      <w:pPr>
        <w:spacing w:before="0" w:after="30" w:line="240" w:lineRule="auto"/>
      </w:pPr>
      <w:r>
        <w:rPr>
          <w:rFonts w:ascii="Calibri" w:hAnsi="Calibri"/>
          <w:b/>
          <w:i w:val="0"/>
          <w:color w:val="173955"/>
          <w:sz w:val="16"/>
        </w:rPr>
        <w:t xml:space="preserve">Conservation. </w:t>
      </w:r>
      <w:r>
        <w:rPr>
          <w:rFonts w:ascii="Calibri" w:hAnsi="Calibri"/>
          <w:b w:val="0"/>
          <w:i w:val="0"/>
          <w:color w:val="263746"/>
          <w:sz w:val="16"/>
        </w:rPr>
        <w:t>Les données d'adhésion sont conservées pendant la qualité de membre, puis cinq ans après sa cessation, sous réserve des obligations légales plus longues. Les usages facultatifs cessent après retrait de l'autorisation, sans remettre en cause les utilisations antérieures licites.</w:t>
      </w:r>
    </w:p>
    <w:p>
      <w:pPr>
        <w:spacing w:before="0" w:after="30" w:line="240" w:lineRule="auto"/>
      </w:pPr>
      <w:r>
        <w:rPr>
          <w:rFonts w:ascii="Calibri" w:hAnsi="Calibri"/>
          <w:b/>
          <w:i w:val="0"/>
          <w:color w:val="173955"/>
          <w:sz w:val="16"/>
        </w:rPr>
        <w:t xml:space="preserve">Vos droits. </w:t>
      </w:r>
      <w:r>
        <w:rPr>
          <w:rFonts w:ascii="Calibri" w:hAnsi="Calibri"/>
          <w:b w:val="0"/>
          <w:i w:val="0"/>
          <w:color w:val="263746"/>
          <w:sz w:val="16"/>
        </w:rPr>
        <w:t>Vous pouvez demander l'accès, la rectification, la mise à jour, l'opposition ou l'effacement de vos données, et retirer une autorisation facultative, auprès du Secrétaire général par les coordonnées officielles de l'Amicale. Vous pouvez également saisir l'Autorité de protection compétente.</w:t>
      </w:r>
    </w:p>
    <w:p>
      <w:pPr>
        <w:spacing w:before="60" w:after="40" w:line="259" w:lineRule="auto"/>
      </w:pPr>
      <w:r>
        <w:rPr>
          <w:rFonts w:ascii="DejaVu Sans" w:hAnsi="DejaVu Sans"/>
          <w:b w:val="0"/>
          <w:i w:val="0"/>
          <w:color w:val="2A8C82"/>
          <w:sz w:val="21"/>
        </w:rPr>
        <w:t xml:space="preserve">☐ </w:t>
      </w:r>
      <w:r>
        <w:rPr>
          <w:rFonts w:ascii="Calibri" w:hAnsi="Calibri"/>
          <w:b/>
          <w:i w:val="0"/>
          <w:color w:val="263746"/>
          <w:sz w:val="17"/>
        </w:rPr>
        <w:t>J'ai lu cette information et j'autorise le traitement des données indispensables à l'examen et à la gestion de mon adhésion.</w:t>
      </w:r>
    </w:p>
    <w:p>
      <w:pPr>
        <w:spacing w:before="0" w:after="60" w:line="259" w:lineRule="auto"/>
      </w:pPr>
      <w:r>
        <w:rPr>
          <w:rFonts w:ascii="DejaVu Sans" w:hAnsi="DejaVu Sans"/>
          <w:b w:val="0"/>
          <w:i w:val="0"/>
          <w:color w:val="2A8C82"/>
          <w:sz w:val="21"/>
        </w:rPr>
        <w:t xml:space="preserve">☐ </w:t>
      </w:r>
      <w:r>
        <w:rPr>
          <w:rFonts w:ascii="Calibri" w:hAnsi="Calibri"/>
          <w:b w:val="0"/>
          <w:i w:val="0"/>
          <w:color w:val="263746"/>
          <w:sz w:val="17"/>
        </w:rPr>
        <w:t>Si j'ai indiqué une personne à prévenir, je confirme l'avoir informée de la transmission de ses coordonnées à l'Amicale.</w:t>
      </w:r>
    </w:p>
    <w:p>
      <w:pPr>
        <w:spacing w:before="40" w:after="40" w:line="259" w:lineRule="auto"/>
        <w:keepNext/>
      </w:pPr>
      <w:r>
        <w:rPr>
          <w:rFonts w:ascii="Calibri" w:hAnsi="Calibri"/>
          <w:b/>
          <w:i w:val="0"/>
          <w:color w:val="347EBB"/>
          <w:sz w:val="17"/>
        </w:rPr>
        <w:t>AUTORISATIONS FACULTATIVES - cochez une réponse pour chaque usage</w:t>
      </w:r>
    </w:p>
    <w:tbl>
      <w:tblPr>
        <w:tblW w:type="dxa" w:w="10106"/>
        <w:jc w:val="left"/>
        <w:tblLayout w:type="fixed"/>
        <w:tblLook w:firstColumn="1" w:firstRow="1" w:lastColumn="0" w:lastRow="0" w:noHBand="0" w:noVBand="1" w:val="04A0"/>
        <w:tblInd w:w="120" w:type="dxa"/>
        <w:tblBorders>
          <w:top w:val="single" w:sz="6" w:color="D5DCE3"/>
          <w:left w:val="single" w:sz="6" w:color="D5DCE3"/>
          <w:bottom w:val="single" w:sz="6" w:color="D5DCE3"/>
          <w:right w:val="single" w:sz="6" w:color="D5DCE3"/>
          <w:insideH w:val="single" w:sz="6" w:color="D5DCE3"/>
          <w:insideV w:val="single" w:sz="6" w:color="D5DCE3"/>
        </w:tblBorders>
      </w:tblPr>
      <w:tblGrid>
        <w:gridCol w:w="7506"/>
        <w:gridCol w:w="2600"/>
      </w:tblGrid>
      <w:tr>
        <w:tc>
          <w:tcPr>
            <w:tcW w:type="dxa" w:w="7506"/>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7"/>
              </w:rPr>
              <w:t>Annuaire interne : nom, prénoms, téléphone/WhatsApp, courriel et compétences</w:t>
            </w:r>
          </w:p>
        </w:tc>
        <w:tc>
          <w:tcPr>
            <w:tcW w:type="dxa" w:w="2600"/>
            <w:tcMar>
              <w:top w:w="90" w:type="dxa"/>
              <w:start w:w="120" w:type="dxa"/>
              <w:bottom w:w="90" w:type="dxa"/>
              <w:end w:w="120" w:type="dxa"/>
            </w:tcMar>
            <w:vAlign w:val="center"/>
          </w:tcPr>
          <w:p>
            <w:pPr>
              <w:spacing w:before="0" w:after="0" w:line="259" w:lineRule="auto"/>
              <w:jc w:val="center"/>
            </w:pPr>
            <w:r/>
            <w:r>
              <w:rPr>
                <w:rFonts w:ascii="Calibri" w:hAnsi="Calibri"/>
                <w:b/>
                <w:i w:val="0"/>
                <w:color w:val="2A8C82"/>
                <w:sz w:val="17"/>
              </w:rPr>
              <w:t>☐ Oui     ☐ Non</w:t>
            </w:r>
          </w:p>
        </w:tc>
      </w:tr>
      <w:tr>
        <w:tc>
          <w:tcPr>
            <w:tcW w:type="dxa" w:w="7506"/>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7"/>
              </w:rPr>
              <w:t>Calendrier interne des anniversaires : jour et mois uniquement, sans l'année</w:t>
            </w:r>
          </w:p>
        </w:tc>
        <w:tc>
          <w:tcPr>
            <w:tcW w:type="dxa" w:w="2600"/>
            <w:tcMar>
              <w:top w:w="90" w:type="dxa"/>
              <w:start w:w="120" w:type="dxa"/>
              <w:bottom w:w="90" w:type="dxa"/>
              <w:end w:w="120" w:type="dxa"/>
            </w:tcMar>
            <w:vAlign w:val="center"/>
          </w:tcPr>
          <w:p>
            <w:pPr>
              <w:spacing w:before="0" w:after="0" w:line="259" w:lineRule="auto"/>
              <w:jc w:val="center"/>
            </w:pPr>
            <w:r/>
            <w:r>
              <w:rPr>
                <w:rFonts w:ascii="Calibri" w:hAnsi="Calibri"/>
                <w:b/>
                <w:i w:val="0"/>
                <w:color w:val="2A8C82"/>
                <w:sz w:val="17"/>
              </w:rPr>
              <w:t>☐ Oui     ☐ Non</w:t>
            </w:r>
          </w:p>
        </w:tc>
      </w:tr>
      <w:tr>
        <w:tc>
          <w:tcPr>
            <w:tcW w:type="dxa" w:w="7506"/>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7"/>
              </w:rPr>
              <w:t>Photos ou vidéos dans les espaces privés de l'Amicale, notamment le groupe WhatsApp</w:t>
            </w:r>
          </w:p>
        </w:tc>
        <w:tc>
          <w:tcPr>
            <w:tcW w:type="dxa" w:w="2600"/>
            <w:tcMar>
              <w:top w:w="90" w:type="dxa"/>
              <w:start w:w="120" w:type="dxa"/>
              <w:bottom w:w="90" w:type="dxa"/>
              <w:end w:w="120" w:type="dxa"/>
            </w:tcMar>
            <w:vAlign w:val="center"/>
          </w:tcPr>
          <w:p>
            <w:pPr>
              <w:spacing w:before="0" w:after="0" w:line="259" w:lineRule="auto"/>
              <w:jc w:val="center"/>
            </w:pPr>
            <w:r/>
            <w:r>
              <w:rPr>
                <w:rFonts w:ascii="Calibri" w:hAnsi="Calibri"/>
                <w:b/>
                <w:i w:val="0"/>
                <w:color w:val="2A8C82"/>
                <w:sz w:val="17"/>
              </w:rPr>
              <w:t>☐ Oui     ☐ Non</w:t>
            </w:r>
          </w:p>
        </w:tc>
      </w:tr>
      <w:tr>
        <w:tc>
          <w:tcPr>
            <w:tcW w:type="dxa" w:w="7506"/>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7"/>
              </w:rPr>
              <w:t>Photos, vidéos ou nom sur le site internet, les réseaux sociaux, affiches et supports publics</w:t>
            </w:r>
          </w:p>
        </w:tc>
        <w:tc>
          <w:tcPr>
            <w:tcW w:type="dxa" w:w="2600"/>
            <w:tcMar>
              <w:top w:w="90" w:type="dxa"/>
              <w:start w:w="120" w:type="dxa"/>
              <w:bottom w:w="90" w:type="dxa"/>
              <w:end w:w="120" w:type="dxa"/>
            </w:tcMar>
            <w:vAlign w:val="center"/>
          </w:tcPr>
          <w:p>
            <w:pPr>
              <w:spacing w:before="0" w:after="0" w:line="259" w:lineRule="auto"/>
              <w:jc w:val="center"/>
            </w:pPr>
            <w:r/>
            <w:r>
              <w:rPr>
                <w:rFonts w:ascii="Calibri" w:hAnsi="Calibri"/>
                <w:b/>
                <w:i w:val="0"/>
                <w:color w:val="2A8C82"/>
                <w:sz w:val="17"/>
              </w:rPr>
              <w:t>☐ Oui     ☐ Non</w:t>
            </w:r>
          </w:p>
        </w:tc>
      </w:tr>
    </w:tbl>
    <w:p>
      <w:pPr>
        <w:spacing w:before="40" w:after="60" w:line="259" w:lineRule="auto"/>
      </w:pPr>
      <w:r>
        <w:rPr>
          <w:rFonts w:ascii="Calibri" w:hAnsi="Calibri"/>
          <w:b w:val="0"/>
          <w:i/>
          <w:color w:val="667482"/>
          <w:sz w:val="16"/>
        </w:rPr>
        <w:t>Ces choix peuvent être modifiés à tout moment pour les utilisations futures. Aucune case facultative non cochée ne vaut autorisation.</w:t>
      </w:r>
    </w:p>
    <w:tbl>
      <w:tblPr>
        <w:tblW w:type="dxa" w:w="10106"/>
        <w:jc w:val="left"/>
        <w:tblLayout w:type="fixed"/>
        <w:tblLook w:firstColumn="1" w:firstRow="1" w:lastColumn="0" w:lastRow="0" w:noHBand="0" w:noVBand="1" w:val="04A0"/>
        <w:tblInd w:w="120" w:type="dxa"/>
        <w:tblBorders>
          <w:top w:val="single" w:sz="6" w:color="D5DCE3"/>
          <w:left w:val="single" w:sz="6" w:color="D5DCE3"/>
          <w:bottom w:val="single" w:sz="6" w:color="D5DCE3"/>
          <w:right w:val="single" w:sz="6" w:color="D5DCE3"/>
          <w:insideH w:val="single" w:sz="6" w:color="D5DCE3"/>
          <w:insideV w:val="single" w:sz="6" w:color="D5DCE3"/>
        </w:tblBorders>
      </w:tblPr>
      <w:tblGrid>
        <w:gridCol w:w="5053"/>
        <w:gridCol w:w="5053"/>
      </w:tblGrid>
      <w:tr>
        <w:tc>
          <w:tcPr>
            <w:tcW w:type="dxa" w:w="5053"/>
            <w:tcMar>
              <w:top w:w="90" w:type="dxa"/>
              <w:start w:w="120" w:type="dxa"/>
              <w:bottom w:w="90" w:type="dxa"/>
              <w:end w:w="120" w:type="dxa"/>
            </w:tcMar>
            <w:vAlign w:val="center"/>
            <w:shd w:fill="EAF2F8"/>
          </w:tcPr>
          <w:p>
            <w:pPr>
              <w:spacing w:before="0" w:after="0" w:line="259" w:lineRule="auto"/>
              <w:jc w:val="center"/>
            </w:pPr>
            <w:r/>
            <w:r>
              <w:rPr>
                <w:rFonts w:ascii="Calibri" w:hAnsi="Calibri"/>
                <w:b/>
                <w:i w:val="0"/>
                <w:color w:val="173955"/>
                <w:sz w:val="19"/>
              </w:rPr>
              <w:t>Consentement et signature du candidat</w:t>
            </w:r>
          </w:p>
        </w:tc>
        <w:tc>
          <w:tcPr>
            <w:tcW w:type="dxa" w:w="5053"/>
            <w:tcMar>
              <w:top w:w="90" w:type="dxa"/>
              <w:start w:w="120" w:type="dxa"/>
              <w:bottom w:w="90" w:type="dxa"/>
              <w:end w:w="120" w:type="dxa"/>
            </w:tcMar>
            <w:vAlign w:val="center"/>
            <w:shd w:fill="EAF2F8"/>
          </w:tcPr>
          <w:p>
            <w:pPr>
              <w:spacing w:before="0" w:after="0" w:line="259" w:lineRule="auto"/>
              <w:jc w:val="center"/>
            </w:pPr>
            <w:r/>
            <w:r>
              <w:rPr>
                <w:rFonts w:ascii="Calibri" w:hAnsi="Calibri"/>
                <w:b/>
                <w:i w:val="0"/>
                <w:color w:val="173955"/>
                <w:sz w:val="19"/>
              </w:rPr>
              <w:t>Réception par le secrétaire général</w:t>
            </w:r>
          </w:p>
        </w:tc>
      </w:tr>
      <w:tr>
        <w:tc>
          <w:tcPr>
            <w:tcW w:type="dxa" w:w="5053"/>
            <w:tcMar>
              <w:top w:w="90" w:type="dxa"/>
              <w:start w:w="120" w:type="dxa"/>
              <w:bottom w:w="90" w:type="dxa"/>
              <w:end w:w="120" w:type="dxa"/>
            </w:tcMar>
            <w:vAlign w:val="center"/>
          </w:tcPr>
          <w:p>
            <w:pPr>
              <w:spacing w:before="0" w:after="220" w:line="259" w:lineRule="auto"/>
            </w:pPr>
            <w:r/>
            <w:r>
              <w:rPr>
                <w:rFonts w:ascii="Calibri" w:hAnsi="Calibri"/>
                <w:b w:val="0"/>
                <w:i w:val="0"/>
                <w:color w:val="263746"/>
                <w:sz w:val="18"/>
              </w:rPr>
              <w:t>Nom : __________________________________</w:t>
              <w:br/>
            </w:r>
            <w:r>
              <w:rPr>
                <w:rFonts w:ascii="Calibri" w:hAnsi="Calibri"/>
                <w:b w:val="0"/>
                <w:i w:val="0"/>
                <w:color w:val="263746"/>
                <w:sz w:val="18"/>
              </w:rPr>
              <w:t>Date : __________________________________</w:t>
              <w:br/>
            </w:r>
            <w:r>
              <w:rPr>
                <w:rFonts w:ascii="Calibri" w:hAnsi="Calibri"/>
                <w:b w:val="0"/>
                <w:i w:val="0"/>
                <w:color w:val="263746"/>
                <w:sz w:val="18"/>
              </w:rPr>
              <w:t>Signature :</w:t>
            </w:r>
          </w:p>
        </w:tc>
        <w:tc>
          <w:tcPr>
            <w:tcW w:type="dxa" w:w="5053"/>
            <w:tcMar>
              <w:top w:w="90" w:type="dxa"/>
              <w:start w:w="120" w:type="dxa"/>
              <w:bottom w:w="90" w:type="dxa"/>
              <w:end w:w="120" w:type="dxa"/>
            </w:tcMar>
            <w:vAlign w:val="center"/>
          </w:tcPr>
          <w:p>
            <w:pPr>
              <w:spacing w:before="0" w:after="220" w:line="259" w:lineRule="auto"/>
            </w:pPr>
            <w:r/>
            <w:r>
              <w:rPr>
                <w:rFonts w:ascii="Calibri" w:hAnsi="Calibri"/>
                <w:b w:val="0"/>
                <w:i w:val="0"/>
                <w:color w:val="263746"/>
                <w:sz w:val="18"/>
              </w:rPr>
              <w:t>Nom : __________________________________</w:t>
              <w:br/>
            </w:r>
            <w:r>
              <w:rPr>
                <w:rFonts w:ascii="Calibri" w:hAnsi="Calibri"/>
                <w:b w:val="0"/>
                <w:i w:val="0"/>
                <w:color w:val="263746"/>
                <w:sz w:val="18"/>
              </w:rPr>
              <w:t>Date : __________________________________</w:t>
              <w:br/>
            </w:r>
            <w:r>
              <w:rPr>
                <w:rFonts w:ascii="Calibri" w:hAnsi="Calibri"/>
                <w:b w:val="0"/>
                <w:i w:val="0"/>
                <w:color w:val="263746"/>
                <w:sz w:val="18"/>
              </w:rPr>
              <w:t>Signature :</w:t>
            </w:r>
          </w:p>
        </w:tc>
      </w:tr>
    </w:tbl>
    <w:p>
      <w:r>
        <w:br w:type="page"/>
      </w:r>
    </w:p>
    <w:p>
      <w:pPr>
        <w:spacing w:before="0" w:after="20" w:line="259" w:lineRule="auto"/>
        <w:jc w:val="center"/>
      </w:pPr>
      <w:r>
        <w:rPr>
          <w:rFonts w:ascii="Calibri" w:hAnsi="Calibri"/>
          <w:b/>
          <w:i w:val="0"/>
          <w:color w:val="173955"/>
          <w:sz w:val="29"/>
        </w:rPr>
        <w:t>FICHE D'ADHÉSION - CADRE ADMINISTRATIF ET DÉCISION</w:t>
      </w:r>
    </w:p>
    <w:p>
      <w:pPr>
        <w:spacing w:before="0" w:after="120" w:line="259" w:lineRule="auto"/>
        <w:jc w:val="center"/>
      </w:pPr>
      <w:r>
        <w:rPr>
          <w:rFonts w:ascii="Calibri" w:hAnsi="Calibri"/>
          <w:b w:val="0"/>
          <w:i/>
          <w:color w:val="667482"/>
          <w:sz w:val="18"/>
        </w:rPr>
        <w:t>À compléter par les responsables habilités de l'Amicale</w:t>
      </w:r>
    </w:p>
    <w:p>
      <w:pPr>
        <w:spacing w:before="140" w:after="80" w:line="259" w:lineRule="auto"/>
        <w:keepNext/>
        <w:shd w:fill="173955"/>
      </w:pPr>
      <w:r>
        <w:rPr>
          <w:rFonts w:ascii="Calibri" w:hAnsi="Calibri"/>
          <w:b/>
          <w:i w:val="0"/>
          <w:color w:val="FFFFFF"/>
          <w:sz w:val="21"/>
        </w:rPr>
        <w:t>E. PIÈCES ET PAIEMENTS</w:t>
      </w:r>
    </w:p>
    <w:tbl>
      <w:tblPr>
        <w:tblW w:type="dxa" w:w="10106"/>
        <w:jc w:val="left"/>
        <w:tblLayout w:type="fixed"/>
        <w:tblLook w:firstColumn="1" w:firstRow="1" w:lastColumn="0" w:lastRow="0" w:noHBand="0" w:noVBand="1" w:val="04A0"/>
        <w:tblInd w:w="120" w:type="dxa"/>
        <w:tblBorders>
          <w:top w:val="single" w:sz="6" w:color="D5DCE3"/>
          <w:left w:val="single" w:sz="6" w:color="D5DCE3"/>
          <w:bottom w:val="single" w:sz="6" w:color="D5DCE3"/>
          <w:right w:val="single" w:sz="6" w:color="D5DCE3"/>
          <w:insideH w:val="single" w:sz="6" w:color="D5DCE3"/>
          <w:insideV w:val="single" w:sz="6" w:color="D5DCE3"/>
        </w:tblBorders>
      </w:tblPr>
      <w:tblGrid>
        <w:gridCol w:w="4700"/>
        <w:gridCol w:w="2600"/>
        <w:gridCol w:w="2806"/>
      </w:tblGrid>
      <w:tr>
        <w:trPr>
          <w:tblHeader w:val="true"/>
        </w:trPr>
        <w:tc>
          <w:tcPr>
            <w:tcW w:type="dxa" w:w="4700"/>
            <w:tcMar>
              <w:top w:w="90" w:type="dxa"/>
              <w:start w:w="120" w:type="dxa"/>
              <w:bottom w:w="90" w:type="dxa"/>
              <w:end w:w="120" w:type="dxa"/>
            </w:tcMar>
            <w:vAlign w:val="center"/>
            <w:shd w:fill="173955"/>
          </w:tcPr>
          <w:p>
            <w:pPr>
              <w:spacing w:before="0" w:after="0" w:line="259" w:lineRule="auto"/>
              <w:jc w:val="center"/>
            </w:pPr>
            <w:r/>
            <w:r>
              <w:rPr>
                <w:rFonts w:ascii="Calibri" w:hAnsi="Calibri"/>
                <w:b/>
                <w:i w:val="0"/>
                <w:color w:val="FFFFFF"/>
                <w:sz w:val="18"/>
              </w:rPr>
              <w:t>Élément</w:t>
            </w:r>
          </w:p>
        </w:tc>
        <w:tc>
          <w:tcPr>
            <w:tcW w:type="dxa" w:w="2600"/>
            <w:tcMar>
              <w:top w:w="90" w:type="dxa"/>
              <w:start w:w="120" w:type="dxa"/>
              <w:bottom w:w="90" w:type="dxa"/>
              <w:end w:w="120" w:type="dxa"/>
            </w:tcMar>
            <w:vAlign w:val="center"/>
            <w:shd w:fill="173955"/>
          </w:tcPr>
          <w:p>
            <w:pPr>
              <w:spacing w:before="0" w:after="0" w:line="259" w:lineRule="auto"/>
              <w:jc w:val="center"/>
            </w:pPr>
            <w:r/>
            <w:r>
              <w:rPr>
                <w:rFonts w:ascii="Calibri" w:hAnsi="Calibri"/>
                <w:b/>
                <w:i w:val="0"/>
                <w:color w:val="FFFFFF"/>
                <w:sz w:val="18"/>
              </w:rPr>
              <w:t>Statut</w:t>
            </w:r>
          </w:p>
        </w:tc>
        <w:tc>
          <w:tcPr>
            <w:tcW w:type="dxa" w:w="2806"/>
            <w:tcMar>
              <w:top w:w="90" w:type="dxa"/>
              <w:start w:w="120" w:type="dxa"/>
              <w:bottom w:w="90" w:type="dxa"/>
              <w:end w:w="120" w:type="dxa"/>
            </w:tcMar>
            <w:vAlign w:val="center"/>
            <w:shd w:fill="173955"/>
          </w:tcPr>
          <w:p>
            <w:pPr>
              <w:spacing w:before="0" w:after="0" w:line="259" w:lineRule="auto"/>
              <w:jc w:val="center"/>
            </w:pPr>
            <w:r/>
            <w:r>
              <w:rPr>
                <w:rFonts w:ascii="Calibri" w:hAnsi="Calibri"/>
                <w:b/>
                <w:i w:val="0"/>
                <w:color w:val="FFFFFF"/>
                <w:sz w:val="18"/>
              </w:rPr>
              <w:t>Référence / date</w:t>
            </w:r>
          </w:p>
        </w:tc>
      </w:tr>
      <w:tr>
        <w:tc>
          <w:tcPr>
            <w:tcW w:type="dxa" w:w="4700"/>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8"/>
              </w:rPr>
              <w:t>Pièce d'identité ou justificatif demandé par le Bureau</w:t>
            </w:r>
          </w:p>
        </w:tc>
        <w:tc>
          <w:tcPr>
            <w:tcW w:type="dxa" w:w="2600"/>
            <w:tcMar>
              <w:top w:w="90" w:type="dxa"/>
              <w:start w:w="120" w:type="dxa"/>
              <w:bottom w:w="90" w:type="dxa"/>
              <w:end w:w="120" w:type="dxa"/>
            </w:tcMar>
            <w:vAlign w:val="center"/>
          </w:tcPr>
          <w:p>
            <w:pPr>
              <w:spacing w:before="0" w:after="0" w:line="259" w:lineRule="auto"/>
              <w:jc w:val="left"/>
            </w:pPr>
            <w:r/>
            <w:r>
              <w:rPr>
                <w:rFonts w:ascii="Calibri" w:hAnsi="Calibri"/>
                <w:b w:val="0"/>
                <w:i w:val="0"/>
                <w:color w:val="2A8C82"/>
                <w:sz w:val="17"/>
              </w:rPr>
              <w:t>☐ Reçu  ☐ À fournir</w:t>
            </w:r>
          </w:p>
        </w:tc>
        <w:tc>
          <w:tcPr>
            <w:tcW w:type="dxa" w:w="2806"/>
            <w:tcMar>
              <w:top w:w="90" w:type="dxa"/>
              <w:start w:w="120" w:type="dxa"/>
              <w:bottom w:w="90" w:type="dxa"/>
              <w:end w:w="120" w:type="dxa"/>
            </w:tcMar>
            <w:vAlign w:val="center"/>
          </w:tcPr>
          <w:p>
            <w:pPr>
              <w:spacing w:before="0" w:after="0" w:line="259" w:lineRule="auto"/>
              <w:jc w:val="left"/>
            </w:pPr>
            <w:r/>
            <w:r>
              <w:rPr>
                <w:rFonts w:ascii="Calibri" w:hAnsi="Calibri"/>
                <w:b w:val="0"/>
                <w:i w:val="0"/>
                <w:color w:val="667482"/>
                <w:sz w:val="17"/>
              </w:rPr>
              <w:t>________________________</w:t>
            </w:r>
          </w:p>
        </w:tc>
      </w:tr>
      <w:tr>
        <w:tc>
          <w:tcPr>
            <w:tcW w:type="dxa" w:w="4700"/>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8"/>
              </w:rPr>
              <w:t>Droit d'adhésion unique : 10 000 FCFA</w:t>
            </w:r>
          </w:p>
        </w:tc>
        <w:tc>
          <w:tcPr>
            <w:tcW w:type="dxa" w:w="2600"/>
            <w:tcMar>
              <w:top w:w="90" w:type="dxa"/>
              <w:start w:w="120" w:type="dxa"/>
              <w:bottom w:w="90" w:type="dxa"/>
              <w:end w:w="120" w:type="dxa"/>
            </w:tcMar>
            <w:vAlign w:val="center"/>
          </w:tcPr>
          <w:p>
            <w:pPr>
              <w:spacing w:before="0" w:after="0" w:line="259" w:lineRule="auto"/>
              <w:jc w:val="left"/>
            </w:pPr>
            <w:r/>
            <w:r>
              <w:rPr>
                <w:rFonts w:ascii="Calibri" w:hAnsi="Calibri"/>
                <w:b w:val="0"/>
                <w:i w:val="0"/>
                <w:color w:val="2A8C82"/>
                <w:sz w:val="17"/>
              </w:rPr>
              <w:t>☐ Payé  ☐ À payer</w:t>
            </w:r>
          </w:p>
        </w:tc>
        <w:tc>
          <w:tcPr>
            <w:tcW w:type="dxa" w:w="2806"/>
            <w:tcMar>
              <w:top w:w="90" w:type="dxa"/>
              <w:start w:w="120" w:type="dxa"/>
              <w:bottom w:w="90" w:type="dxa"/>
              <w:end w:w="120" w:type="dxa"/>
            </w:tcMar>
            <w:vAlign w:val="center"/>
          </w:tcPr>
          <w:p>
            <w:pPr>
              <w:spacing w:before="0" w:after="0" w:line="259" w:lineRule="auto"/>
              <w:jc w:val="left"/>
            </w:pPr>
            <w:r/>
            <w:r>
              <w:rPr>
                <w:rFonts w:ascii="Calibri" w:hAnsi="Calibri"/>
                <w:b w:val="0"/>
                <w:i w:val="0"/>
                <w:color w:val="667482"/>
                <w:sz w:val="17"/>
              </w:rPr>
              <w:t>________________________</w:t>
            </w:r>
          </w:p>
        </w:tc>
      </w:tr>
      <w:tr>
        <w:tc>
          <w:tcPr>
            <w:tcW w:type="dxa" w:w="4700"/>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8"/>
              </w:rPr>
              <w:t>Première cotisation exigible : 2 000 FCFA minimum</w:t>
            </w:r>
          </w:p>
        </w:tc>
        <w:tc>
          <w:tcPr>
            <w:tcW w:type="dxa" w:w="2600"/>
            <w:tcMar>
              <w:top w:w="90" w:type="dxa"/>
              <w:start w:w="120" w:type="dxa"/>
              <w:bottom w:w="90" w:type="dxa"/>
              <w:end w:w="120" w:type="dxa"/>
            </w:tcMar>
            <w:vAlign w:val="center"/>
          </w:tcPr>
          <w:p>
            <w:pPr>
              <w:spacing w:before="0" w:after="0" w:line="259" w:lineRule="auto"/>
              <w:jc w:val="left"/>
            </w:pPr>
            <w:r/>
            <w:r>
              <w:rPr>
                <w:rFonts w:ascii="Calibri" w:hAnsi="Calibri"/>
                <w:b w:val="0"/>
                <w:i w:val="0"/>
                <w:color w:val="2A8C82"/>
                <w:sz w:val="17"/>
              </w:rPr>
              <w:t>☐ Payée  ☐ À payer</w:t>
            </w:r>
          </w:p>
        </w:tc>
        <w:tc>
          <w:tcPr>
            <w:tcW w:type="dxa" w:w="2806"/>
            <w:tcMar>
              <w:top w:w="90" w:type="dxa"/>
              <w:start w:w="120" w:type="dxa"/>
              <w:bottom w:w="90" w:type="dxa"/>
              <w:end w:w="120" w:type="dxa"/>
            </w:tcMar>
            <w:vAlign w:val="center"/>
          </w:tcPr>
          <w:p>
            <w:pPr>
              <w:spacing w:before="0" w:after="0" w:line="259" w:lineRule="auto"/>
              <w:jc w:val="left"/>
            </w:pPr>
            <w:r/>
            <w:r>
              <w:rPr>
                <w:rFonts w:ascii="Calibri" w:hAnsi="Calibri"/>
                <w:b w:val="0"/>
                <w:i w:val="0"/>
                <w:color w:val="667482"/>
                <w:sz w:val="17"/>
              </w:rPr>
              <w:t>________________________</w:t>
            </w:r>
          </w:p>
        </w:tc>
      </w:tr>
    </w:tbl>
    <w:p>
      <w:pPr>
        <w:spacing w:before="140" w:after="80" w:line="259" w:lineRule="auto"/>
        <w:keepNext/>
        <w:shd w:fill="173955"/>
      </w:pPr>
      <w:r>
        <w:rPr>
          <w:rFonts w:ascii="Calibri" w:hAnsi="Calibri"/>
          <w:b/>
          <w:i w:val="0"/>
          <w:color w:val="FFFFFF"/>
          <w:sz w:val="21"/>
        </w:rPr>
        <w:t>F. CADRE RÉSERVÉ AU BUREAU</w:t>
      </w:r>
    </w:p>
    <w:tbl>
      <w:tblPr>
        <w:tblW w:type="dxa" w:w="10106"/>
        <w:jc w:val="left"/>
        <w:tblLayout w:type="fixed"/>
        <w:tblLook w:firstColumn="1" w:firstRow="1" w:lastColumn="0" w:lastRow="0" w:noHBand="0" w:noVBand="1" w:val="04A0"/>
        <w:tblInd w:w="120" w:type="dxa"/>
        <w:tblBorders>
          <w:top w:val="single" w:sz="6" w:color="D5DCE3"/>
          <w:left w:val="single" w:sz="6" w:color="D5DCE3"/>
          <w:bottom w:val="single" w:sz="6" w:color="D5DCE3"/>
          <w:right w:val="single" w:sz="6" w:color="D5DCE3"/>
          <w:insideH w:val="single" w:sz="6" w:color="D5DCE3"/>
          <w:insideV w:val="single" w:sz="6" w:color="D5DCE3"/>
        </w:tblBorders>
      </w:tblPr>
      <w:tblGrid>
        <w:gridCol w:w="1900"/>
        <w:gridCol w:w="3153"/>
        <w:gridCol w:w="1900"/>
        <w:gridCol w:w="3153"/>
      </w:tblGrid>
      <w:tr>
        <w:tc>
          <w:tcPr>
            <w:tcW w:type="dxa" w:w="1900"/>
            <w:tcMar>
              <w:top w:w="90" w:type="dxa"/>
              <w:start w:w="120" w:type="dxa"/>
              <w:bottom w:w="90" w:type="dxa"/>
              <w:end w:w="120" w:type="dxa"/>
            </w:tcMar>
            <w:vAlign w:val="center"/>
          </w:tcPr>
          <w:p>
            <w:pPr>
              <w:spacing w:before="0" w:after="0" w:line="259" w:lineRule="auto"/>
              <w:jc w:val="left"/>
            </w:pPr>
            <w:r/>
            <w:r>
              <w:rPr>
                <w:rFonts w:ascii="Calibri" w:hAnsi="Calibri"/>
                <w:b/>
                <w:i w:val="0"/>
                <w:color w:val="173955"/>
                <w:sz w:val="18"/>
              </w:rPr>
              <w:t>Décision</w:t>
            </w:r>
          </w:p>
        </w:tc>
        <w:tc>
          <w:tcPr>
            <w:tcW w:type="dxa" w:w="8206"/>
            <w:gridSpan w:val="3"/>
            <w:tcMar>
              <w:top w:w="90" w:type="dxa"/>
              <w:start w:w="120" w:type="dxa"/>
              <w:bottom w:w="90" w:type="dxa"/>
              <w:end w:w="120" w:type="dxa"/>
            </w:tcMar>
            <w:vAlign w:val="center"/>
          </w:tcPr>
          <w:p>
            <w:pPr>
              <w:spacing w:before="0" w:after="0" w:line="259" w:lineRule="auto"/>
              <w:jc w:val="left"/>
            </w:pPr>
            <w:r/>
            <w:r>
              <w:rPr>
                <w:rFonts w:ascii="Calibri" w:hAnsi="Calibri"/>
                <w:b/>
                <w:i w:val="0"/>
                <w:color w:val="2A8C82"/>
                <w:sz w:val="18"/>
              </w:rPr>
              <w:t>☐ Admission acceptée     ☐ Ajournée     ☐ Refusée</w:t>
            </w:r>
          </w:p>
        </w:tc>
      </w:tr>
      <w:tr>
        <w:tc>
          <w:tcPr>
            <w:tcW w:type="dxa" w:w="1900"/>
            <w:tcMar>
              <w:top w:w="90" w:type="dxa"/>
              <w:start w:w="120" w:type="dxa"/>
              <w:bottom w:w="90" w:type="dxa"/>
              <w:end w:w="120" w:type="dxa"/>
            </w:tcMar>
            <w:vAlign w:val="center"/>
          </w:tcPr>
          <w:p>
            <w:pPr>
              <w:spacing w:before="0" w:after="0" w:line="259" w:lineRule="auto"/>
              <w:jc w:val="left"/>
            </w:pPr>
            <w:r/>
            <w:r>
              <w:rPr>
                <w:rFonts w:ascii="Calibri" w:hAnsi="Calibri"/>
                <w:b/>
                <w:i w:val="0"/>
                <w:color w:val="173955"/>
                <w:sz w:val="18"/>
              </w:rPr>
              <w:t>Date de décision</w:t>
            </w:r>
          </w:p>
        </w:tc>
        <w:tc>
          <w:tcPr>
            <w:tcW w:type="dxa" w:w="3153"/>
            <w:tcMar>
              <w:top w:w="90" w:type="dxa"/>
              <w:start w:w="120" w:type="dxa"/>
              <w:bottom w:w="90" w:type="dxa"/>
              <w:end w:w="120" w:type="dxa"/>
            </w:tcMar>
            <w:vAlign w:val="center"/>
          </w:tcPr>
          <w:p>
            <w:pPr>
              <w:spacing w:before="0" w:after="0" w:line="259" w:lineRule="auto"/>
            </w:pPr>
            <w:r/>
            <w:r>
              <w:rPr>
                <w:rFonts w:ascii="Calibri" w:hAnsi="Calibri"/>
                <w:b w:val="0"/>
                <w:i w:val="0"/>
                <w:color w:val="667482"/>
                <w:sz w:val="17"/>
              </w:rPr>
              <w:t>________________________________________________________________</w:t>
            </w:r>
          </w:p>
        </w:tc>
        <w:tc>
          <w:tcPr>
            <w:tcW w:type="dxa" w:w="1900"/>
            <w:tcMar>
              <w:top w:w="90" w:type="dxa"/>
              <w:start w:w="120" w:type="dxa"/>
              <w:bottom w:w="90" w:type="dxa"/>
              <w:end w:w="120" w:type="dxa"/>
            </w:tcMar>
            <w:vAlign w:val="center"/>
          </w:tcPr>
          <w:p>
            <w:pPr>
              <w:spacing w:before="0" w:after="0" w:line="259" w:lineRule="auto"/>
              <w:jc w:val="left"/>
            </w:pPr>
            <w:r/>
            <w:r>
              <w:rPr>
                <w:rFonts w:ascii="Calibri" w:hAnsi="Calibri"/>
                <w:b/>
                <w:i w:val="0"/>
                <w:color w:val="173955"/>
                <w:sz w:val="18"/>
              </w:rPr>
              <w:t>Admission effective</w:t>
            </w:r>
          </w:p>
        </w:tc>
        <w:tc>
          <w:tcPr>
            <w:tcW w:type="dxa" w:w="3153"/>
            <w:tcMar>
              <w:top w:w="90" w:type="dxa"/>
              <w:start w:w="120" w:type="dxa"/>
              <w:bottom w:w="90" w:type="dxa"/>
              <w:end w:w="120" w:type="dxa"/>
            </w:tcMar>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900"/>
            <w:tcMar>
              <w:top w:w="90" w:type="dxa"/>
              <w:start w:w="120" w:type="dxa"/>
              <w:bottom w:w="90" w:type="dxa"/>
              <w:end w:w="120" w:type="dxa"/>
            </w:tcMar>
            <w:vAlign w:val="center"/>
          </w:tcPr>
          <w:p>
            <w:pPr>
              <w:spacing w:before="0" w:after="0" w:line="259" w:lineRule="auto"/>
              <w:jc w:val="left"/>
            </w:pPr>
            <w:r/>
            <w:r>
              <w:rPr>
                <w:rFonts w:ascii="Calibri" w:hAnsi="Calibri"/>
                <w:b/>
                <w:i w:val="0"/>
                <w:color w:val="173955"/>
                <w:sz w:val="18"/>
              </w:rPr>
              <w:t>N° de membre</w:t>
            </w:r>
          </w:p>
        </w:tc>
        <w:tc>
          <w:tcPr>
            <w:tcW w:type="dxa" w:w="3153"/>
            <w:tcMar>
              <w:top w:w="90" w:type="dxa"/>
              <w:start w:w="120" w:type="dxa"/>
              <w:bottom w:w="90" w:type="dxa"/>
              <w:end w:w="120" w:type="dxa"/>
            </w:tcMar>
            <w:vAlign w:val="center"/>
          </w:tcPr>
          <w:p>
            <w:pPr>
              <w:spacing w:before="0" w:after="0" w:line="259" w:lineRule="auto"/>
            </w:pPr>
            <w:r/>
            <w:r>
              <w:rPr>
                <w:rFonts w:ascii="Calibri" w:hAnsi="Calibri"/>
                <w:b w:val="0"/>
                <w:i w:val="0"/>
                <w:color w:val="667482"/>
                <w:sz w:val="17"/>
              </w:rPr>
              <w:t>________________________________________________________________</w:t>
            </w:r>
          </w:p>
        </w:tc>
        <w:tc>
          <w:tcPr>
            <w:tcW w:type="dxa" w:w="1900"/>
            <w:tcMar>
              <w:top w:w="90" w:type="dxa"/>
              <w:start w:w="120" w:type="dxa"/>
              <w:bottom w:w="90" w:type="dxa"/>
              <w:end w:w="120" w:type="dxa"/>
            </w:tcMar>
            <w:vAlign w:val="center"/>
          </w:tcPr>
          <w:p>
            <w:pPr>
              <w:spacing w:before="0" w:after="0" w:line="259" w:lineRule="auto"/>
              <w:jc w:val="left"/>
            </w:pPr>
            <w:r/>
            <w:r>
              <w:rPr>
                <w:rFonts w:ascii="Calibri" w:hAnsi="Calibri"/>
                <w:b/>
                <w:i w:val="0"/>
                <w:color w:val="173955"/>
                <w:sz w:val="18"/>
              </w:rPr>
              <w:t>Référence du PV</w:t>
            </w:r>
          </w:p>
        </w:tc>
        <w:tc>
          <w:tcPr>
            <w:tcW w:type="dxa" w:w="3153"/>
            <w:tcMar>
              <w:top w:w="90" w:type="dxa"/>
              <w:start w:w="120" w:type="dxa"/>
              <w:bottom w:w="90" w:type="dxa"/>
              <w:end w:w="120" w:type="dxa"/>
            </w:tcMar>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900"/>
            <w:tcMar>
              <w:top w:w="90" w:type="dxa"/>
              <w:start w:w="120" w:type="dxa"/>
              <w:bottom w:w="90" w:type="dxa"/>
              <w:end w:w="120" w:type="dxa"/>
            </w:tcMar>
            <w:vAlign w:val="center"/>
          </w:tcPr>
          <w:p>
            <w:pPr>
              <w:spacing w:before="0" w:after="0" w:line="259" w:lineRule="auto"/>
              <w:jc w:val="left"/>
            </w:pPr>
            <w:r/>
            <w:r>
              <w:rPr>
                <w:rFonts w:ascii="Calibri" w:hAnsi="Calibri"/>
                <w:b/>
                <w:i w:val="0"/>
                <w:color w:val="173955"/>
                <w:sz w:val="18"/>
              </w:rPr>
              <w:t>Observations</w:t>
            </w:r>
          </w:p>
        </w:tc>
        <w:tc>
          <w:tcPr>
            <w:tcW w:type="dxa" w:w="8206"/>
            <w:gridSpan w:val="3"/>
            <w:tcMar>
              <w:top w:w="90" w:type="dxa"/>
              <w:start w:w="120" w:type="dxa"/>
              <w:bottom w:w="90" w:type="dxa"/>
              <w:end w:w="120" w:type="dxa"/>
            </w:tcMar>
            <w:vAlign w:val="center"/>
          </w:tcPr>
          <w:p>
            <w:pPr>
              <w:spacing w:before="0" w:after="0" w:line="259" w:lineRule="auto"/>
            </w:pPr>
            <w:r/>
            <w:r>
              <w:rPr>
                <w:rFonts w:ascii="Calibri" w:hAnsi="Calibri"/>
                <w:b w:val="0"/>
                <w:i w:val="0"/>
                <w:color w:val="667482"/>
                <w:sz w:val="17"/>
              </w:rPr>
              <w:t>________________________________________________________________</w:t>
            </w:r>
          </w:p>
        </w:tc>
      </w:tr>
      <w:tr>
        <w:tc>
          <w:tcPr>
            <w:tcW w:type="dxa" w:w="1900"/>
            <w:tcMar>
              <w:top w:w="90" w:type="dxa"/>
              <w:start w:w="120" w:type="dxa"/>
              <w:bottom w:w="90" w:type="dxa"/>
              <w:end w:w="120" w:type="dxa"/>
            </w:tcMar>
            <w:vAlign w:val="center"/>
          </w:tcPr>
          <w:p>
            <w:pPr>
              <w:spacing w:before="0" w:after="0" w:line="259" w:lineRule="auto"/>
              <w:jc w:val="left"/>
            </w:pPr>
            <w:r/>
            <w:r>
              <w:rPr>
                <w:rFonts w:ascii="Calibri" w:hAnsi="Calibri"/>
                <w:b/>
                <w:i w:val="0"/>
                <w:color w:val="173955"/>
                <w:sz w:val="18"/>
              </w:rPr>
              <w:t>Notification</w:t>
            </w:r>
          </w:p>
        </w:tc>
        <w:tc>
          <w:tcPr>
            <w:tcW w:type="dxa" w:w="8206"/>
            <w:gridSpan w:val="3"/>
            <w:tcMar>
              <w:top w:w="90" w:type="dxa"/>
              <w:start w:w="120" w:type="dxa"/>
              <w:bottom w:w="90" w:type="dxa"/>
              <w:end w:w="120" w:type="dxa"/>
            </w:tcMar>
            <w:vAlign w:val="center"/>
          </w:tcPr>
          <w:p>
            <w:pPr>
              <w:spacing w:before="0" w:after="0" w:line="259" w:lineRule="auto"/>
              <w:jc w:val="left"/>
            </w:pPr>
            <w:r/>
            <w:r>
              <w:rPr>
                <w:rFonts w:ascii="Calibri" w:hAnsi="Calibri"/>
                <w:b w:val="0"/>
                <w:i w:val="0"/>
                <w:color w:val="263746"/>
                <w:sz w:val="18"/>
              </w:rPr>
              <w:t>Décision notifiée au candidat le ____ / ____ / ______ par : ______________________________</w:t>
            </w:r>
          </w:p>
        </w:tc>
      </w:tr>
    </w:tbl>
    <w:tbl>
      <w:tblPr>
        <w:tblW w:type="dxa" w:w="10106"/>
        <w:jc w:val="left"/>
        <w:tblLayout w:type="fixed"/>
        <w:tblLook w:firstColumn="1" w:firstRow="1" w:lastColumn="0" w:lastRow="0" w:noHBand="0" w:noVBand="1" w:val="04A0"/>
        <w:tblInd w:w="120" w:type="dxa"/>
        <w:tblBorders>
          <w:top w:val="single" w:sz="6" w:color="D5DCE3"/>
          <w:left w:val="single" w:sz="6" w:color="D5DCE3"/>
          <w:bottom w:val="single" w:sz="6" w:color="D5DCE3"/>
          <w:right w:val="single" w:sz="6" w:color="D5DCE3"/>
          <w:insideH w:val="single" w:sz="6" w:color="D5DCE3"/>
          <w:insideV w:val="single" w:sz="6" w:color="D5DCE3"/>
        </w:tblBorders>
      </w:tblPr>
      <w:tblGrid>
        <w:gridCol w:w="5053"/>
        <w:gridCol w:w="5053"/>
      </w:tblGrid>
      <w:tr>
        <w:tc>
          <w:tcPr>
            <w:tcW w:type="dxa" w:w="5053"/>
            <w:tcMar>
              <w:top w:w="90" w:type="dxa"/>
              <w:start w:w="120" w:type="dxa"/>
              <w:bottom w:w="90" w:type="dxa"/>
              <w:end w:w="120" w:type="dxa"/>
            </w:tcMar>
            <w:vAlign w:val="center"/>
            <w:shd w:fill="EAF2F8"/>
          </w:tcPr>
          <w:p>
            <w:pPr>
              <w:spacing w:before="0" w:after="0" w:line="259" w:lineRule="auto"/>
              <w:jc w:val="center"/>
            </w:pPr>
            <w:r/>
            <w:r>
              <w:rPr>
                <w:rFonts w:ascii="Calibri" w:hAnsi="Calibri"/>
                <w:b/>
                <w:i w:val="0"/>
                <w:color w:val="173955"/>
                <w:sz w:val="19"/>
              </w:rPr>
              <w:t>Président</w:t>
            </w:r>
          </w:p>
        </w:tc>
        <w:tc>
          <w:tcPr>
            <w:tcW w:type="dxa" w:w="5053"/>
            <w:tcMar>
              <w:top w:w="90" w:type="dxa"/>
              <w:start w:w="120" w:type="dxa"/>
              <w:bottom w:w="90" w:type="dxa"/>
              <w:end w:w="120" w:type="dxa"/>
            </w:tcMar>
            <w:vAlign w:val="center"/>
            <w:shd w:fill="EAF2F8"/>
          </w:tcPr>
          <w:p>
            <w:pPr>
              <w:spacing w:before="0" w:after="0" w:line="259" w:lineRule="auto"/>
              <w:jc w:val="center"/>
            </w:pPr>
            <w:r/>
            <w:r>
              <w:rPr>
                <w:rFonts w:ascii="Calibri" w:hAnsi="Calibri"/>
                <w:b/>
                <w:i w:val="0"/>
                <w:color w:val="173955"/>
                <w:sz w:val="19"/>
              </w:rPr>
              <w:t>Trésorier général</w:t>
            </w:r>
          </w:p>
        </w:tc>
      </w:tr>
      <w:tr>
        <w:tc>
          <w:tcPr>
            <w:tcW w:type="dxa" w:w="5053"/>
            <w:tcMar>
              <w:top w:w="90" w:type="dxa"/>
              <w:start w:w="120" w:type="dxa"/>
              <w:bottom w:w="90" w:type="dxa"/>
              <w:end w:w="120" w:type="dxa"/>
            </w:tcMar>
            <w:vAlign w:val="center"/>
          </w:tcPr>
          <w:p>
            <w:pPr>
              <w:spacing w:before="0" w:after="200" w:line="259" w:lineRule="auto"/>
            </w:pPr>
            <w:r/>
            <w:r>
              <w:rPr>
                <w:rFonts w:ascii="Calibri" w:hAnsi="Calibri"/>
                <w:b w:val="0"/>
                <w:i w:val="0"/>
                <w:color w:val="263746"/>
                <w:sz w:val="18"/>
              </w:rPr>
              <w:t>Nom : __________________________________</w:t>
              <w:br/>
            </w:r>
            <w:r>
              <w:rPr>
                <w:rFonts w:ascii="Calibri" w:hAnsi="Calibri"/>
                <w:b w:val="0"/>
                <w:i w:val="0"/>
                <w:color w:val="263746"/>
                <w:sz w:val="18"/>
              </w:rPr>
              <w:t>Date : __________________________________</w:t>
              <w:br/>
            </w:r>
            <w:r>
              <w:rPr>
                <w:rFonts w:ascii="Calibri" w:hAnsi="Calibri"/>
                <w:b w:val="0"/>
                <w:i w:val="0"/>
                <w:color w:val="263746"/>
                <w:sz w:val="18"/>
              </w:rPr>
              <w:t>Signature :</w:t>
            </w:r>
          </w:p>
        </w:tc>
        <w:tc>
          <w:tcPr>
            <w:tcW w:type="dxa" w:w="5053"/>
            <w:tcMar>
              <w:top w:w="90" w:type="dxa"/>
              <w:start w:w="120" w:type="dxa"/>
              <w:bottom w:w="90" w:type="dxa"/>
              <w:end w:w="120" w:type="dxa"/>
            </w:tcMar>
            <w:vAlign w:val="center"/>
          </w:tcPr>
          <w:p>
            <w:pPr>
              <w:spacing w:before="0" w:after="200" w:line="259" w:lineRule="auto"/>
            </w:pPr>
            <w:r/>
            <w:r>
              <w:rPr>
                <w:rFonts w:ascii="Calibri" w:hAnsi="Calibri"/>
                <w:b w:val="0"/>
                <w:i w:val="0"/>
                <w:color w:val="263746"/>
                <w:sz w:val="18"/>
              </w:rPr>
              <w:t>Nom : __________________________________</w:t>
              <w:br/>
            </w:r>
            <w:r>
              <w:rPr>
                <w:rFonts w:ascii="Calibri" w:hAnsi="Calibri"/>
                <w:b w:val="0"/>
                <w:i w:val="0"/>
                <w:color w:val="263746"/>
                <w:sz w:val="18"/>
              </w:rPr>
              <w:t>Date : __________________________________</w:t>
              <w:br/>
            </w:r>
            <w:r>
              <w:rPr>
                <w:rFonts w:ascii="Calibri" w:hAnsi="Calibri"/>
                <w:b w:val="0"/>
                <w:i w:val="0"/>
                <w:color w:val="263746"/>
                <w:sz w:val="18"/>
              </w:rPr>
              <w:t>Signature :</w:t>
            </w:r>
          </w:p>
        </w:tc>
      </w:tr>
    </w:tbl>
    <w:p>
      <w:pPr>
        <w:spacing w:before="100" w:after="0" w:line="259" w:lineRule="auto"/>
      </w:pPr>
      <w:r>
        <w:rPr>
          <w:rFonts w:ascii="Calibri" w:hAnsi="Calibri"/>
          <w:b/>
          <w:i w:val="0"/>
          <w:color w:val="A72A2A"/>
          <w:sz w:val="17"/>
        </w:rPr>
        <w:t xml:space="preserve">Rappel : </w:t>
      </w:r>
      <w:r>
        <w:rPr>
          <w:rFonts w:ascii="Calibri" w:hAnsi="Calibri"/>
          <w:b w:val="0"/>
          <w:i/>
          <w:color w:val="667482"/>
          <w:sz w:val="17"/>
        </w:rPr>
        <w:t>le paiement du droit d'adhésion ou d'une cotisation ne vaut pas, à lui seul, admission. L'admission devient effective après la décision du Bureau, l'acceptation des textes et les paiements requis.</w:t>
      </w:r>
    </w:p>
    <w:sectPr w:rsidR="00FC693F" w:rsidRPr="0006063C" w:rsidSect="00034616">
      <w:headerReference w:type="default" r:id="rId9"/>
      <w:footerReference w:type="default" r:id="rId10"/>
      <w:pgSz w:w="11906" w:h="16838"/>
      <w:pgMar w:top="900" w:right="900" w:bottom="900" w:left="90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59" w:lineRule="auto"/>
      <w:jc w:val="center"/>
    </w:pPr>
    <w:r>
      <w:rPr>
        <w:rFonts w:ascii="Calibri" w:hAnsi="Calibri"/>
        <w:b w:val="0"/>
        <w:i/>
        <w:color w:val="667482"/>
        <w:sz w:val="16"/>
      </w:rPr>
      <w:t>Document confidentiel - réservé à la gestion des membres de l'Amicale Prodomo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59" w:lineRule="auto"/>
      <w:jc w:val="left"/>
    </w:pPr>
    <w:r>
      <w:rPr>
        <w:rFonts w:ascii="Calibri" w:hAnsi="Calibri"/>
        <w:b/>
        <w:i w:val="0"/>
        <w:color w:val="173955"/>
        <w:sz w:val="17"/>
      </w:rPr>
      <w:t>AMICALE PRODOMO</w:t>
    </w:r>
    <w:r>
      <w:rPr>
        <w:rFonts w:ascii="Calibri" w:hAnsi="Calibri"/>
        <w:b/>
        <w:i w:val="0"/>
        <w:color w:val="667482"/>
        <w:sz w:val="17"/>
      </w:rPr>
      <w:t xml:space="preserve">  |  FICHE D'ADHÉSION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9" w:lineRule="auto"/>
    </w:pPr>
    <w:rPr>
      <w:rFonts w:ascii="Calibri" w:hAnsi="Calibri"/>
      <w:color w:val="26374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347EBB"/>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347EBB"/>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95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d'adhésion - Amicale Prodomo</dc:title>
  <dc:subject>Demande d'admission, protection des données et cadre de décision du Bureau</dc:subject>
  <dc:creator>Amicale Prodomo</dc:creator>
  <cp:keywords>adhésion, membre actif, Amicale Prodomo, association</cp:keywords>
  <dc:description>generated by python-docx</dc:description>
  <cp:lastModifiedBy/>
  <cp:revision>1</cp:revision>
  <dcterms:created xsi:type="dcterms:W3CDTF">2013-12-23T23:15:00Z</dcterms:created>
  <dcterms:modified xsi:type="dcterms:W3CDTF">2013-12-23T23:15:00Z</dcterms:modified>
  <cp:category/>
</cp:coreProperties>
</file>